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6950"/>
        <w:gridCol w:w="2410"/>
      </w:tblGrid>
      <w:tr w:rsidR="00621643" w14:paraId="476A2878" w14:textId="77777777">
        <w:trPr>
          <w:jc w:val="center"/>
        </w:trPr>
        <w:tc>
          <w:tcPr>
            <w:tcW w:w="69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883767" w14:textId="77777777" w:rsidR="00621643" w:rsidRDefault="00000000">
            <w:r>
              <w:rPr>
                <w:noProof/>
              </w:rPr>
              <w:drawing>
                <wp:inline distT="0" distB="0" distL="0" distR="0" wp14:anchorId="67B344E8" wp14:editId="636778C8">
                  <wp:extent cx="4160520" cy="1385486"/>
                  <wp:effectExtent l="0" t="0" r="0" b="0"/>
                  <wp:docPr id="1" name="Picture 1" descr="Image: 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GC%20ARCHITECTS_BACK(1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20" cy="1385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2C26A06" w14:textId="77777777" w:rsidR="00621643" w:rsidRDefault="00000000">
            <w:r>
              <w:rPr>
                <w:b/>
                <w:color w:val="1C1C1C"/>
                <w:sz w:val="13"/>
              </w:rPr>
              <w:t>1093 Bulaklak-1 Magugpo North</w:t>
            </w:r>
            <w:r>
              <w:rPr>
                <w:b/>
                <w:color w:val="1C1C1C"/>
                <w:sz w:val="13"/>
              </w:rPr>
              <w:br/>
              <w:t>Tagum City, Davao del Norte</w:t>
            </w:r>
            <w:r>
              <w:rPr>
                <w:b/>
                <w:color w:val="1C1C1C"/>
                <w:sz w:val="13"/>
              </w:rPr>
              <w:br/>
              <w:t>Philippines 8100</w:t>
            </w:r>
            <w:r>
              <w:rPr>
                <w:b/>
                <w:color w:val="1C1C1C"/>
                <w:sz w:val="13"/>
              </w:rPr>
              <w:br/>
            </w:r>
            <w:r>
              <w:rPr>
                <w:b/>
                <w:color w:val="1C1C1C"/>
                <w:sz w:val="13"/>
              </w:rPr>
              <w:br/>
              <w:t>Mobile: +63-917-721-3271</w:t>
            </w:r>
            <w:r>
              <w:rPr>
                <w:b/>
                <w:color w:val="1C1C1C"/>
                <w:sz w:val="13"/>
              </w:rPr>
              <w:br/>
              <w:t>Email: egc.architects@gmail.com</w:t>
            </w:r>
          </w:p>
        </w:tc>
      </w:tr>
    </w:tbl>
    <w:p w14:paraId="4E9F5796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1450"/>
        <w:gridCol w:w="650"/>
        <w:gridCol w:w="700"/>
        <w:gridCol w:w="1100"/>
        <w:gridCol w:w="1300"/>
        <w:gridCol w:w="800"/>
        <w:gridCol w:w="2460"/>
      </w:tblGrid>
      <w:tr w:rsidR="00621643" w14:paraId="004C988F" w14:textId="77777777">
        <w:trPr>
          <w:jc w:val="center"/>
        </w:trPr>
        <w:tc>
          <w:tcPr>
            <w:tcW w:w="9360" w:type="dxa"/>
            <w:gridSpan w:val="8"/>
            <w:shd w:val="clear" w:color="auto" w:fill="E21A2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1F00715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INCIDENT REPORT</w:t>
            </w:r>
          </w:p>
        </w:tc>
      </w:tr>
      <w:tr w:rsidR="00621643" w14:paraId="3765A08A" w14:textId="77777777">
        <w:trPr>
          <w:jc w:val="center"/>
        </w:trPr>
        <w:tc>
          <w:tcPr>
            <w:tcW w:w="9360" w:type="dxa"/>
            <w:gridSpan w:val="8"/>
            <w:shd w:val="clear" w:color="auto" w:fill="1C1C1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58556F5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CONSTRUCTION SAFETY  |  PROJECT MANAGEMENT SERVICE</w:t>
            </w:r>
          </w:p>
        </w:tc>
      </w:tr>
      <w:tr w:rsidR="00621643" w14:paraId="2CACE12D" w14:textId="77777777">
        <w:trPr>
          <w:jc w:val="center"/>
        </w:trPr>
        <w:tc>
          <w:tcPr>
            <w:tcW w:w="90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CCA46E" w14:textId="77777777" w:rsidR="00621643" w:rsidRDefault="00000000">
            <w:pPr>
              <w:jc w:val="center"/>
            </w:pPr>
            <w:r>
              <w:rPr>
                <w:b/>
                <w:color w:val="1C1C1C"/>
                <w:sz w:val="13"/>
              </w:rPr>
              <w:t>FORM NO.</w:t>
            </w:r>
          </w:p>
        </w:tc>
        <w:tc>
          <w:tcPr>
            <w:tcW w:w="14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5CCFB42" w14:textId="77777777" w:rsidR="00621643" w:rsidRDefault="00000000">
            <w:pPr>
              <w:jc w:val="center"/>
            </w:pPr>
            <w:r>
              <w:rPr>
                <w:color w:val="1C1C1C"/>
                <w:sz w:val="13"/>
              </w:rPr>
              <w:t>EGC-PM-SF-IR-01</w:t>
            </w:r>
          </w:p>
        </w:tc>
        <w:tc>
          <w:tcPr>
            <w:tcW w:w="6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3CFF103" w14:textId="77777777" w:rsidR="00621643" w:rsidRDefault="00000000">
            <w:pPr>
              <w:jc w:val="center"/>
            </w:pPr>
            <w:r>
              <w:rPr>
                <w:b/>
                <w:color w:val="1C1C1C"/>
                <w:sz w:val="13"/>
              </w:rPr>
              <w:t>REV.</w:t>
            </w:r>
          </w:p>
        </w:tc>
        <w:tc>
          <w:tcPr>
            <w:tcW w:w="7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B5DD85B" w14:textId="77777777" w:rsidR="00621643" w:rsidRDefault="00000000">
            <w:pPr>
              <w:jc w:val="center"/>
            </w:pPr>
            <w:r>
              <w:rPr>
                <w:color w:val="1C1C1C"/>
                <w:sz w:val="13"/>
              </w:rPr>
              <w:t>00</w:t>
            </w:r>
          </w:p>
        </w:tc>
        <w:tc>
          <w:tcPr>
            <w:tcW w:w="110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A41F3D9" w14:textId="77777777" w:rsidR="00621643" w:rsidRDefault="00000000">
            <w:pPr>
              <w:jc w:val="center"/>
            </w:pPr>
            <w:r>
              <w:rPr>
                <w:b/>
                <w:color w:val="1C1C1C"/>
                <w:sz w:val="13"/>
              </w:rPr>
              <w:t>REPORT NO.</w:t>
            </w:r>
          </w:p>
        </w:tc>
        <w:tc>
          <w:tcPr>
            <w:tcW w:w="13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F34AF09" w14:textId="77777777" w:rsidR="00621643" w:rsidRDefault="00000000">
            <w:pPr>
              <w:jc w:val="center"/>
            </w:pPr>
            <w:r>
              <w:rPr>
                <w:color w:val="1C1C1C"/>
                <w:sz w:val="13"/>
              </w:rPr>
              <w:t>____________</w:t>
            </w:r>
          </w:p>
        </w:tc>
        <w:tc>
          <w:tcPr>
            <w:tcW w:w="80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32BD8FE" w14:textId="77777777" w:rsidR="00621643" w:rsidRDefault="00000000">
            <w:pPr>
              <w:jc w:val="center"/>
            </w:pPr>
            <w:r>
              <w:rPr>
                <w:b/>
                <w:color w:val="1C1C1C"/>
                <w:sz w:val="13"/>
              </w:rPr>
              <w:t>STATUS</w:t>
            </w:r>
          </w:p>
        </w:tc>
        <w:tc>
          <w:tcPr>
            <w:tcW w:w="246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4305154" w14:textId="77777777" w:rsidR="00621643" w:rsidRDefault="00000000">
            <w:pPr>
              <w:jc w:val="center"/>
            </w:pPr>
            <w:r>
              <w:rPr>
                <w:color w:val="1C1C1C"/>
                <w:sz w:val="13"/>
              </w:rPr>
              <w:t>☐ INITIAL  ☐ FINAL</w:t>
            </w:r>
          </w:p>
        </w:tc>
      </w:tr>
    </w:tbl>
    <w:p w14:paraId="7F475722" w14:textId="77777777" w:rsidR="00621643" w:rsidRDefault="00621643">
      <w:pPr>
        <w:spacing w:after="4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8840"/>
      </w:tblGrid>
      <w:tr w:rsidR="00621643" w14:paraId="596F8AE2" w14:textId="77777777">
        <w:trPr>
          <w:jc w:val="center"/>
        </w:trPr>
        <w:tc>
          <w:tcPr>
            <w:tcW w:w="520" w:type="dxa"/>
            <w:shd w:val="clear" w:color="auto" w:fill="E21A2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EE6A0BF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A</w:t>
            </w:r>
          </w:p>
        </w:tc>
        <w:tc>
          <w:tcPr>
            <w:tcW w:w="8840" w:type="dxa"/>
            <w:shd w:val="clear" w:color="auto" w:fill="1C1C1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0B1A0B9" w14:textId="77777777" w:rsidR="00621643" w:rsidRDefault="00000000">
            <w:r>
              <w:rPr>
                <w:b/>
                <w:color w:val="FFFFFF"/>
                <w:sz w:val="16"/>
              </w:rPr>
              <w:t>INCIDENT AND PROJECT INFORMATION</w:t>
            </w:r>
          </w:p>
        </w:tc>
      </w:tr>
    </w:tbl>
    <w:p w14:paraId="272FEA5A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450"/>
        <w:gridCol w:w="3230"/>
        <w:gridCol w:w="1450"/>
        <w:gridCol w:w="3230"/>
      </w:tblGrid>
      <w:tr w:rsidR="00621643" w14:paraId="0AFEF1A2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3E47E6" w14:textId="77777777" w:rsidR="00621643" w:rsidRDefault="00000000">
            <w:r>
              <w:rPr>
                <w:b/>
                <w:color w:val="333333"/>
                <w:sz w:val="13"/>
              </w:rPr>
              <w:t>PROJECT NAME: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592E28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C4C61B7" w14:textId="77777777" w:rsidR="00621643" w:rsidRDefault="00000000">
            <w:r>
              <w:rPr>
                <w:b/>
                <w:color w:val="333333"/>
                <w:sz w:val="13"/>
              </w:rPr>
              <w:t>PROJECT LOCATION: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94D7143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</w:tr>
      <w:tr w:rsidR="00621643" w14:paraId="006EFFED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88829B" w14:textId="77777777" w:rsidR="00621643" w:rsidRDefault="00000000">
            <w:r>
              <w:rPr>
                <w:b/>
                <w:color w:val="333333"/>
                <w:sz w:val="13"/>
              </w:rPr>
              <w:t>OWNER / CLIENT: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D075B56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E47C2CA" w14:textId="77777777" w:rsidR="00621643" w:rsidRDefault="00000000">
            <w:r>
              <w:rPr>
                <w:b/>
                <w:color w:val="333333"/>
                <w:sz w:val="13"/>
              </w:rPr>
              <w:t>DATE / TIME: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208A356" w14:textId="77777777" w:rsidR="00621643" w:rsidRDefault="00000000">
            <w:r>
              <w:rPr>
                <w:color w:val="333333"/>
              </w:rPr>
              <w:t>____________  ____________</w:t>
            </w:r>
          </w:p>
        </w:tc>
      </w:tr>
      <w:tr w:rsidR="00621643" w14:paraId="11CBECF0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D5CC6DE" w14:textId="77777777" w:rsidR="00621643" w:rsidRDefault="00000000">
            <w:r>
              <w:rPr>
                <w:b/>
                <w:color w:val="333333"/>
                <w:sz w:val="13"/>
              </w:rPr>
              <w:t>EXACT LOCATION: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460D17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970F383" w14:textId="77777777" w:rsidR="00621643" w:rsidRDefault="00000000">
            <w:r>
              <w:rPr>
                <w:b/>
                <w:color w:val="333333"/>
                <w:sz w:val="13"/>
              </w:rPr>
              <w:t>SHIFT / WEATHER: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D3ABF5B" w14:textId="77777777" w:rsidR="00621643" w:rsidRDefault="00000000">
            <w:r>
              <w:rPr>
                <w:color w:val="333333"/>
              </w:rPr>
              <w:t>☐ Day ☐ Night  __________</w:t>
            </w:r>
          </w:p>
        </w:tc>
      </w:tr>
      <w:tr w:rsidR="00621643" w14:paraId="595C9EA7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74D75B9" w14:textId="77777777" w:rsidR="00621643" w:rsidRDefault="00000000">
            <w:r>
              <w:rPr>
                <w:b/>
                <w:color w:val="333333"/>
                <w:sz w:val="13"/>
              </w:rPr>
              <w:t>REPORTED BY: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1AA1F6F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684CE61" w14:textId="77777777" w:rsidR="00621643" w:rsidRDefault="00000000">
            <w:r>
              <w:rPr>
                <w:b/>
                <w:color w:val="333333"/>
                <w:sz w:val="13"/>
              </w:rPr>
              <w:t>SITE IN-CHARGE: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EE05AE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</w:tr>
    </w:tbl>
    <w:p w14:paraId="513F6095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8840"/>
      </w:tblGrid>
      <w:tr w:rsidR="00621643" w14:paraId="0C6232B5" w14:textId="77777777">
        <w:trPr>
          <w:jc w:val="center"/>
        </w:trPr>
        <w:tc>
          <w:tcPr>
            <w:tcW w:w="520" w:type="dxa"/>
            <w:shd w:val="clear" w:color="auto" w:fill="E21A2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7690DE6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B</w:t>
            </w:r>
          </w:p>
        </w:tc>
        <w:tc>
          <w:tcPr>
            <w:tcW w:w="8840" w:type="dxa"/>
            <w:shd w:val="clear" w:color="auto" w:fill="1C1C1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446D4E5" w14:textId="77777777" w:rsidR="00621643" w:rsidRDefault="00000000">
            <w:r>
              <w:rPr>
                <w:b/>
                <w:color w:val="FFFFFF"/>
                <w:sz w:val="16"/>
              </w:rPr>
              <w:t>INCIDENT CLASSIFICATION AND PERSONS INVOLVED</w:t>
            </w:r>
          </w:p>
        </w:tc>
      </w:tr>
    </w:tbl>
    <w:p w14:paraId="2E3FF13E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621643" w14:paraId="27322550" w14:textId="77777777">
        <w:trPr>
          <w:jc w:val="center"/>
        </w:trPr>
        <w:tc>
          <w:tcPr>
            <w:tcW w:w="468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616A6CC" w14:textId="77777777" w:rsidR="00621643" w:rsidRDefault="00000000">
            <w:r>
              <w:rPr>
                <w:b/>
                <w:color w:val="333333"/>
                <w:sz w:val="13"/>
              </w:rPr>
              <w:t>TYPE — CHECK ALL THAT APPLY</w:t>
            </w:r>
          </w:p>
        </w:tc>
        <w:tc>
          <w:tcPr>
            <w:tcW w:w="468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09C0B2" w14:textId="77777777" w:rsidR="00621643" w:rsidRDefault="00000000">
            <w:r>
              <w:rPr>
                <w:b/>
                <w:color w:val="333333"/>
                <w:sz w:val="13"/>
              </w:rPr>
              <w:t>SEVERITY / OUTCOME</w:t>
            </w:r>
          </w:p>
        </w:tc>
      </w:tr>
      <w:tr w:rsidR="00621643" w14:paraId="54819A4B" w14:textId="77777777">
        <w:trPr>
          <w:jc w:val="center"/>
        </w:trPr>
        <w:tc>
          <w:tcPr>
            <w:tcW w:w="46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CE2DD4" w14:textId="77777777" w:rsidR="00621643" w:rsidRDefault="00000000">
            <w:r>
              <w:rPr>
                <w:color w:val="333333"/>
              </w:rPr>
              <w:t>☐ Near Miss   ☐ Injury / Illness   ☐ Property Damage</w:t>
            </w:r>
            <w:r>
              <w:rPr>
                <w:color w:val="333333"/>
              </w:rPr>
              <w:br/>
              <w:t>☐ Fire / Explosion   ☐ Environmental   ☐ Security / Public</w:t>
            </w:r>
          </w:p>
        </w:tc>
        <w:tc>
          <w:tcPr>
            <w:tcW w:w="46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C0E799" w14:textId="77777777" w:rsidR="00621643" w:rsidRDefault="00000000">
            <w:r>
              <w:rPr>
                <w:color w:val="333333"/>
              </w:rPr>
              <w:t>☐ First Aid   ☐ Medical Treatment   ☐ Restricted Work</w:t>
            </w:r>
            <w:r>
              <w:rPr>
                <w:color w:val="333333"/>
              </w:rPr>
              <w:br/>
              <w:t>☐ Lost Time   ☐ Fatality   ☐ No Injury / Damage</w:t>
            </w:r>
          </w:p>
        </w:tc>
      </w:tr>
    </w:tbl>
    <w:p w14:paraId="0B09148D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450"/>
        <w:gridCol w:w="3230"/>
        <w:gridCol w:w="1450"/>
        <w:gridCol w:w="3230"/>
      </w:tblGrid>
      <w:tr w:rsidR="00621643" w14:paraId="1C0456D7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6662EE0" w14:textId="77777777" w:rsidR="00621643" w:rsidRDefault="00000000">
            <w:r>
              <w:rPr>
                <w:b/>
                <w:color w:val="333333"/>
                <w:sz w:val="13"/>
              </w:rPr>
              <w:t>PERSON INVOLVED: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21366B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A318835" w14:textId="77777777" w:rsidR="00621643" w:rsidRDefault="00000000">
            <w:r>
              <w:rPr>
                <w:b/>
                <w:color w:val="333333"/>
                <w:sz w:val="13"/>
              </w:rPr>
              <w:t>EMPLOYER / TRADE: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9430ADA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</w:tr>
      <w:tr w:rsidR="00621643" w14:paraId="20784A04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D844381" w14:textId="77777777" w:rsidR="00621643" w:rsidRDefault="00000000">
            <w:r>
              <w:rPr>
                <w:b/>
                <w:color w:val="333333"/>
                <w:sz w:val="13"/>
              </w:rPr>
              <w:t>CONTACT / AGE: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61E9E0F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FA25208" w14:textId="77777777" w:rsidR="00621643" w:rsidRDefault="00000000">
            <w:r>
              <w:rPr>
                <w:b/>
                <w:color w:val="333333"/>
                <w:sz w:val="13"/>
              </w:rPr>
              <w:t>PPE WORN: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31D9AA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</w:tr>
      <w:tr w:rsidR="00621643" w14:paraId="44342E29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1BC4DA6" w14:textId="77777777" w:rsidR="00621643" w:rsidRDefault="00000000">
            <w:r>
              <w:rPr>
                <w:b/>
                <w:color w:val="333333"/>
                <w:sz w:val="13"/>
              </w:rPr>
              <w:t>INJURY / BODY PART: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FBBD1B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92B2EA" w14:textId="77777777" w:rsidR="00621643" w:rsidRDefault="00000000">
            <w:r>
              <w:rPr>
                <w:b/>
                <w:color w:val="333333"/>
                <w:sz w:val="13"/>
              </w:rPr>
              <w:t>TREATMENT / FACILITY: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1E68975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</w:tr>
      <w:tr w:rsidR="00621643" w14:paraId="20B2C9F6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0DBC0E0" w14:textId="77777777" w:rsidR="00621643" w:rsidRDefault="00000000">
            <w:r>
              <w:rPr>
                <w:b/>
                <w:color w:val="333333"/>
                <w:sz w:val="13"/>
              </w:rPr>
              <w:t>DISPOSITION: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9830D05" w14:textId="77777777" w:rsidR="00621643" w:rsidRDefault="00000000">
            <w:r>
              <w:rPr>
                <w:color w:val="333333"/>
              </w:rPr>
              <w:t>☐ Return ☐ Restricted ☐ Hospital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39742C6" w14:textId="77777777" w:rsidR="00621643" w:rsidRDefault="00000000">
            <w:r>
              <w:rPr>
                <w:b/>
                <w:color w:val="333333"/>
                <w:sz w:val="13"/>
              </w:rPr>
              <w:t>DAMAGE / EST. COST: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CE9641E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</w:tr>
    </w:tbl>
    <w:p w14:paraId="05FAADF9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8840"/>
      </w:tblGrid>
      <w:tr w:rsidR="00621643" w14:paraId="0027CA30" w14:textId="77777777">
        <w:trPr>
          <w:jc w:val="center"/>
        </w:trPr>
        <w:tc>
          <w:tcPr>
            <w:tcW w:w="520" w:type="dxa"/>
            <w:shd w:val="clear" w:color="auto" w:fill="E21A2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CF0E77F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</w:t>
            </w:r>
          </w:p>
        </w:tc>
        <w:tc>
          <w:tcPr>
            <w:tcW w:w="8840" w:type="dxa"/>
            <w:shd w:val="clear" w:color="auto" w:fill="1C1C1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0EDDC43" w14:textId="77777777" w:rsidR="00621643" w:rsidRDefault="00000000">
            <w:r>
              <w:rPr>
                <w:b/>
                <w:color w:val="FFFFFF"/>
                <w:sz w:val="16"/>
              </w:rPr>
              <w:t>INCIDENT DESCRIPTION AND IMMEDIATE RESPONSE</w:t>
            </w:r>
          </w:p>
        </w:tc>
      </w:tr>
    </w:tbl>
    <w:p w14:paraId="118450BB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621643" w14:paraId="27A93AA6" w14:textId="77777777">
        <w:trPr>
          <w:jc w:val="center"/>
        </w:trPr>
        <w:tc>
          <w:tcPr>
            <w:tcW w:w="936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C19DFBE" w14:textId="77777777" w:rsidR="00621643" w:rsidRDefault="00000000">
            <w:r>
              <w:rPr>
                <w:b/>
                <w:color w:val="333333"/>
                <w:sz w:val="13"/>
              </w:rPr>
              <w:t>FACTUAL DESCRIPTION — task, sequence of events, tools/equipment/materials, site conditions, and resulting injury/damage. Do not assign blame.</w:t>
            </w:r>
          </w:p>
        </w:tc>
      </w:tr>
      <w:tr w:rsidR="00621643" w14:paraId="65A71793" w14:textId="77777777">
        <w:trPr>
          <w:jc w:val="center"/>
        </w:trPr>
        <w:tc>
          <w:tcPr>
            <w:tcW w:w="936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3BA7F5" w14:textId="77777777" w:rsidR="00621643" w:rsidRDefault="00000000">
            <w:r>
              <w:rPr>
                <w:color w:val="333333"/>
              </w:rPr>
              <w:br/>
            </w:r>
            <w:r>
              <w:rPr>
                <w:color w:val="333333"/>
              </w:rPr>
              <w:br/>
            </w:r>
            <w:r>
              <w:rPr>
                <w:color w:val="333333"/>
              </w:rPr>
              <w:br/>
            </w:r>
          </w:p>
        </w:tc>
      </w:tr>
    </w:tbl>
    <w:p w14:paraId="56405DBC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621643" w14:paraId="2FF284AE" w14:textId="77777777">
        <w:trPr>
          <w:jc w:val="center"/>
        </w:trPr>
        <w:tc>
          <w:tcPr>
            <w:tcW w:w="936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58CE62" w14:textId="77777777" w:rsidR="00621643" w:rsidRDefault="00000000">
            <w:r>
              <w:rPr>
                <w:b/>
                <w:color w:val="333333"/>
                <w:sz w:val="13"/>
              </w:rPr>
              <w:t>IMMEDIATE ACTIONS — first aid, stop-work, isolation, evacuation, containment, shutdown, notification, and area security.</w:t>
            </w:r>
          </w:p>
        </w:tc>
      </w:tr>
      <w:tr w:rsidR="00621643" w14:paraId="6C9A7D41" w14:textId="77777777">
        <w:trPr>
          <w:jc w:val="center"/>
        </w:trPr>
        <w:tc>
          <w:tcPr>
            <w:tcW w:w="936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D8E374" w14:textId="77777777" w:rsidR="00621643" w:rsidRDefault="00000000">
            <w:r>
              <w:rPr>
                <w:color w:val="333333"/>
              </w:rPr>
              <w:br/>
            </w:r>
          </w:p>
        </w:tc>
      </w:tr>
    </w:tbl>
    <w:p w14:paraId="7DC41594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450"/>
        <w:gridCol w:w="3230"/>
        <w:gridCol w:w="1450"/>
        <w:gridCol w:w="3230"/>
      </w:tblGrid>
      <w:tr w:rsidR="00621643" w14:paraId="49906B95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67CCF6A" w14:textId="77777777" w:rsidR="00621643" w:rsidRDefault="00000000">
            <w:r>
              <w:rPr>
                <w:b/>
                <w:color w:val="333333"/>
                <w:sz w:val="13"/>
              </w:rPr>
              <w:t>AREA SECURED BY: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D2E1110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B5180CF" w14:textId="77777777" w:rsidR="00621643" w:rsidRDefault="00000000">
            <w:r>
              <w:rPr>
                <w:b/>
                <w:color w:val="333333"/>
                <w:sz w:val="13"/>
              </w:rPr>
              <w:t>DATE / TIME: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0C7518E" w14:textId="77777777" w:rsidR="00621643" w:rsidRDefault="00000000">
            <w:r>
              <w:rPr>
                <w:color w:val="333333"/>
              </w:rPr>
              <w:t>____________  ____________</w:t>
            </w:r>
          </w:p>
        </w:tc>
      </w:tr>
      <w:tr w:rsidR="00621643" w14:paraId="1A1E546C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7C1968" w14:textId="77777777" w:rsidR="00621643" w:rsidRDefault="00000000">
            <w:r>
              <w:rPr>
                <w:b/>
                <w:color w:val="333333"/>
                <w:sz w:val="13"/>
              </w:rPr>
              <w:t>WORK RESUMED: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E7824C" w14:textId="77777777" w:rsidR="00621643" w:rsidRDefault="00000000">
            <w:r>
              <w:rPr>
                <w:color w:val="333333"/>
              </w:rPr>
              <w:t>☐ No  ☐ Yes, authorized by: ______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77E7D72" w14:textId="77777777" w:rsidR="00621643" w:rsidRDefault="00000000">
            <w:r>
              <w:rPr>
                <w:b/>
                <w:color w:val="333333"/>
                <w:sz w:val="13"/>
              </w:rPr>
              <w:t>PHOTO / EVIDENCE REF.: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A9F3E1B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</w:tr>
    </w:tbl>
    <w:p w14:paraId="18997912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8840"/>
      </w:tblGrid>
      <w:tr w:rsidR="00621643" w14:paraId="01752ED6" w14:textId="77777777">
        <w:trPr>
          <w:jc w:val="center"/>
        </w:trPr>
        <w:tc>
          <w:tcPr>
            <w:tcW w:w="520" w:type="dxa"/>
            <w:shd w:val="clear" w:color="auto" w:fill="E21A2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2C6661A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</w:t>
            </w:r>
          </w:p>
        </w:tc>
        <w:tc>
          <w:tcPr>
            <w:tcW w:w="8840" w:type="dxa"/>
            <w:shd w:val="clear" w:color="auto" w:fill="1C1C1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047E6FD" w14:textId="77777777" w:rsidR="00621643" w:rsidRDefault="00000000">
            <w:r>
              <w:rPr>
                <w:b/>
                <w:color w:val="FFFFFF"/>
                <w:sz w:val="16"/>
              </w:rPr>
              <w:t>WITNESSES AND INITIAL NOTIFICATIONS</w:t>
            </w:r>
          </w:p>
        </w:tc>
      </w:tr>
    </w:tbl>
    <w:p w14:paraId="079280B1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2500"/>
        <w:gridCol w:w="2700"/>
        <w:gridCol w:w="3660"/>
      </w:tblGrid>
      <w:tr w:rsidR="00621643" w14:paraId="49F1C314" w14:textId="77777777">
        <w:trPr>
          <w:jc w:val="center"/>
        </w:trPr>
        <w:tc>
          <w:tcPr>
            <w:tcW w:w="500" w:type="dxa"/>
            <w:shd w:val="clear" w:color="auto" w:fill="51515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A5FBB94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w="2500" w:type="dxa"/>
            <w:shd w:val="clear" w:color="auto" w:fill="51515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5ABE15C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2"/>
              </w:rPr>
              <w:t>WITNESS / CONTACT</w:t>
            </w:r>
          </w:p>
        </w:tc>
        <w:tc>
          <w:tcPr>
            <w:tcW w:w="2700" w:type="dxa"/>
            <w:shd w:val="clear" w:color="auto" w:fill="51515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DF17EA6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2"/>
              </w:rPr>
              <w:t>EMPLOYER</w:t>
            </w:r>
          </w:p>
        </w:tc>
        <w:tc>
          <w:tcPr>
            <w:tcW w:w="3660" w:type="dxa"/>
            <w:shd w:val="clear" w:color="auto" w:fill="51515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494579D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2"/>
              </w:rPr>
              <w:t>STATEMENT / ATTACHMENT REF.</w:t>
            </w:r>
          </w:p>
        </w:tc>
      </w:tr>
      <w:tr w:rsidR="00621643" w14:paraId="3AD0884C" w14:textId="77777777">
        <w:trPr>
          <w:jc w:val="center"/>
        </w:trPr>
        <w:tc>
          <w:tcPr>
            <w:tcW w:w="5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AD5B413" w14:textId="77777777" w:rsidR="00621643" w:rsidRDefault="00000000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36A26A0" w14:textId="77777777" w:rsidR="00621643" w:rsidRDefault="00621643"/>
        </w:tc>
        <w:tc>
          <w:tcPr>
            <w:tcW w:w="27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58AD48" w14:textId="77777777" w:rsidR="00621643" w:rsidRDefault="00621643"/>
        </w:tc>
        <w:tc>
          <w:tcPr>
            <w:tcW w:w="366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6FC5EE0" w14:textId="77777777" w:rsidR="00621643" w:rsidRDefault="00621643"/>
        </w:tc>
      </w:tr>
      <w:tr w:rsidR="00621643" w14:paraId="5A7C82D6" w14:textId="77777777">
        <w:trPr>
          <w:jc w:val="center"/>
        </w:trPr>
        <w:tc>
          <w:tcPr>
            <w:tcW w:w="5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D09AC0A" w14:textId="77777777" w:rsidR="00621643" w:rsidRDefault="00000000">
            <w:pPr>
              <w:jc w:val="center"/>
            </w:pPr>
            <w:r>
              <w:rPr>
                <w:color w:val="333333"/>
              </w:rPr>
              <w:t>2</w:t>
            </w:r>
          </w:p>
        </w:tc>
        <w:tc>
          <w:tcPr>
            <w:tcW w:w="25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19F312" w14:textId="77777777" w:rsidR="00621643" w:rsidRDefault="00621643"/>
        </w:tc>
        <w:tc>
          <w:tcPr>
            <w:tcW w:w="27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98EC1B2" w14:textId="77777777" w:rsidR="00621643" w:rsidRDefault="00621643"/>
        </w:tc>
        <w:tc>
          <w:tcPr>
            <w:tcW w:w="366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4A9A06E" w14:textId="77777777" w:rsidR="00621643" w:rsidRDefault="00621643"/>
        </w:tc>
      </w:tr>
    </w:tbl>
    <w:p w14:paraId="75B434A4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450"/>
        <w:gridCol w:w="3230"/>
        <w:gridCol w:w="1450"/>
        <w:gridCol w:w="3230"/>
      </w:tblGrid>
      <w:tr w:rsidR="00621643" w14:paraId="5C99046B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D545CCF" w14:textId="77777777" w:rsidR="00621643" w:rsidRDefault="00000000">
            <w:r>
              <w:rPr>
                <w:b/>
                <w:color w:val="333333"/>
                <w:sz w:val="13"/>
              </w:rPr>
              <w:t>NOTIFIED: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87933F6" w14:textId="77777777" w:rsidR="00621643" w:rsidRDefault="00000000">
            <w:r>
              <w:rPr>
                <w:color w:val="333333"/>
              </w:rPr>
              <w:t>☐ PM ☐ Client ☐ HR ☐ Emergency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CCB3822" w14:textId="77777777" w:rsidR="00621643" w:rsidRDefault="00000000">
            <w:r>
              <w:rPr>
                <w:b/>
                <w:color w:val="333333"/>
                <w:sz w:val="13"/>
              </w:rPr>
              <w:t>BY / DATE / TIME: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B357367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</w:tr>
    </w:tbl>
    <w:p w14:paraId="754B5A14" w14:textId="77777777" w:rsidR="00621643" w:rsidRDefault="00621643">
      <w:pPr>
        <w:spacing w:after="20" w:line="120" w:lineRule="auto"/>
      </w:pPr>
    </w:p>
    <w:p w14:paraId="66CBAFF8" w14:textId="77777777" w:rsidR="00621643" w:rsidRDefault="00000000">
      <w:r>
        <w:br w:type="page"/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6950"/>
        <w:gridCol w:w="2410"/>
      </w:tblGrid>
      <w:tr w:rsidR="00621643" w14:paraId="0D0598C8" w14:textId="77777777">
        <w:trPr>
          <w:jc w:val="center"/>
        </w:trPr>
        <w:tc>
          <w:tcPr>
            <w:tcW w:w="69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2636B6" w14:textId="77777777" w:rsidR="00621643" w:rsidRDefault="00621643"/>
          <w:p w14:paraId="6BD89633" w14:textId="77777777" w:rsidR="008E3A33" w:rsidRDefault="008E3A33"/>
          <w:p w14:paraId="7E59626F" w14:textId="77777777" w:rsidR="008E3A33" w:rsidRDefault="008E3A33"/>
          <w:p w14:paraId="2BAF4AD3" w14:textId="77777777" w:rsidR="008E3A33" w:rsidRDefault="008E3A33"/>
          <w:p w14:paraId="2F2A9CEE" w14:textId="6290DD92" w:rsidR="008E3A33" w:rsidRDefault="008E3A33"/>
        </w:tc>
        <w:tc>
          <w:tcPr>
            <w:tcW w:w="241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0D31627" w14:textId="17102CBC" w:rsidR="00621643" w:rsidRDefault="00621643"/>
        </w:tc>
      </w:tr>
    </w:tbl>
    <w:p w14:paraId="59117A8D" w14:textId="77777777" w:rsidR="00621643" w:rsidRDefault="00621643">
      <w:pPr>
        <w:spacing w:after="4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8840"/>
      </w:tblGrid>
      <w:tr w:rsidR="00621643" w14:paraId="4CF86A02" w14:textId="77777777">
        <w:trPr>
          <w:jc w:val="center"/>
        </w:trPr>
        <w:tc>
          <w:tcPr>
            <w:tcW w:w="520" w:type="dxa"/>
            <w:shd w:val="clear" w:color="auto" w:fill="E21A2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97608C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E</w:t>
            </w:r>
          </w:p>
        </w:tc>
        <w:tc>
          <w:tcPr>
            <w:tcW w:w="8840" w:type="dxa"/>
            <w:shd w:val="clear" w:color="auto" w:fill="1C1C1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05F8EDC" w14:textId="77777777" w:rsidR="00621643" w:rsidRDefault="00000000">
            <w:r>
              <w:rPr>
                <w:b/>
                <w:color w:val="FFFFFF"/>
                <w:sz w:val="16"/>
              </w:rPr>
              <w:t>INVESTIGATION, CAUSES, AND EVIDENCE</w:t>
            </w:r>
          </w:p>
        </w:tc>
      </w:tr>
    </w:tbl>
    <w:p w14:paraId="7107B1A1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621643" w14:paraId="74C20090" w14:textId="77777777">
        <w:trPr>
          <w:jc w:val="center"/>
        </w:trPr>
        <w:tc>
          <w:tcPr>
            <w:tcW w:w="936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F3664B3" w14:textId="77777777" w:rsidR="00621643" w:rsidRDefault="00000000">
            <w:r>
              <w:rPr>
                <w:b/>
                <w:color w:val="333333"/>
                <w:sz w:val="13"/>
              </w:rPr>
              <w:t>DIRECT / IMMEDIATE CAUSE(S) — unsafe act or condition, equipment failure, environmental condition, or event directly leading to the incident.</w:t>
            </w:r>
          </w:p>
        </w:tc>
      </w:tr>
      <w:tr w:rsidR="00621643" w14:paraId="7F5379C3" w14:textId="77777777">
        <w:trPr>
          <w:jc w:val="center"/>
        </w:trPr>
        <w:tc>
          <w:tcPr>
            <w:tcW w:w="936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243EDA" w14:textId="77777777" w:rsidR="00621643" w:rsidRDefault="00000000">
            <w:r>
              <w:rPr>
                <w:color w:val="333333"/>
              </w:rPr>
              <w:br/>
            </w:r>
          </w:p>
          <w:p w14:paraId="659C82F9" w14:textId="77777777" w:rsidR="009603B7" w:rsidRDefault="009603B7"/>
          <w:p w14:paraId="3D1D5405" w14:textId="77777777" w:rsidR="009603B7" w:rsidRDefault="009603B7"/>
          <w:p w14:paraId="519C96D6" w14:textId="77777777" w:rsidR="009603B7" w:rsidRDefault="009603B7"/>
        </w:tc>
      </w:tr>
    </w:tbl>
    <w:p w14:paraId="40732EDE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621643" w14:paraId="47831F0D" w14:textId="77777777">
        <w:trPr>
          <w:jc w:val="center"/>
        </w:trPr>
        <w:tc>
          <w:tcPr>
            <w:tcW w:w="936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DD9CC66" w14:textId="77777777" w:rsidR="00621643" w:rsidRDefault="00000000">
            <w:r>
              <w:rPr>
                <w:b/>
                <w:color w:val="333333"/>
                <w:sz w:val="13"/>
              </w:rPr>
              <w:t>UNDERLYING / ROOT CAUSE(S) — why the direct cause existed; consider planning, procedure, competency, supervision, communication, design, maintenance, workload, and management controls.</w:t>
            </w:r>
          </w:p>
        </w:tc>
      </w:tr>
      <w:tr w:rsidR="00621643" w14:paraId="34453425" w14:textId="77777777">
        <w:trPr>
          <w:jc w:val="center"/>
        </w:trPr>
        <w:tc>
          <w:tcPr>
            <w:tcW w:w="936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41B768" w14:textId="77777777" w:rsidR="009603B7" w:rsidRDefault="009603B7">
            <w:pPr>
              <w:rPr>
                <w:color w:val="333333"/>
              </w:rPr>
            </w:pPr>
          </w:p>
          <w:p w14:paraId="4280313A" w14:textId="292D2719" w:rsidR="009603B7" w:rsidRDefault="00000000">
            <w:pPr>
              <w:rPr>
                <w:color w:val="333333"/>
              </w:rPr>
            </w:pPr>
            <w:r>
              <w:rPr>
                <w:color w:val="333333"/>
              </w:rPr>
              <w:br/>
            </w:r>
          </w:p>
          <w:p w14:paraId="0E5DD6CD" w14:textId="77777777" w:rsidR="009603B7" w:rsidRDefault="009603B7">
            <w:pPr>
              <w:rPr>
                <w:color w:val="333333"/>
              </w:rPr>
            </w:pPr>
          </w:p>
          <w:p w14:paraId="0C4AFFD5" w14:textId="4AED5835" w:rsidR="00621643" w:rsidRDefault="00000000">
            <w:r>
              <w:rPr>
                <w:color w:val="333333"/>
              </w:rPr>
              <w:br/>
            </w:r>
          </w:p>
        </w:tc>
      </w:tr>
    </w:tbl>
    <w:p w14:paraId="5DEE37E5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621643" w14:paraId="26EE47C6" w14:textId="77777777">
        <w:trPr>
          <w:jc w:val="center"/>
        </w:trPr>
        <w:tc>
          <w:tcPr>
            <w:tcW w:w="936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6E33ED6" w14:textId="77777777" w:rsidR="00621643" w:rsidRDefault="00000000">
            <w:r>
              <w:rPr>
                <w:b/>
                <w:color w:val="333333"/>
                <w:sz w:val="13"/>
              </w:rPr>
              <w:t>CONTRIBUTING FACTORS — check those supported by evidence</w:t>
            </w:r>
          </w:p>
        </w:tc>
      </w:tr>
      <w:tr w:rsidR="00621643" w14:paraId="3A96ECDF" w14:textId="77777777">
        <w:trPr>
          <w:jc w:val="center"/>
        </w:trPr>
        <w:tc>
          <w:tcPr>
            <w:tcW w:w="936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BA3BF7" w14:textId="77777777" w:rsidR="00621643" w:rsidRDefault="00000000">
            <w:pPr>
              <w:rPr>
                <w:color w:val="333333"/>
              </w:rPr>
            </w:pPr>
            <w:r>
              <w:rPr>
                <w:color w:val="333333"/>
              </w:rPr>
              <w:t>☐ Planning / JHA gap   ☐ Procedure absent / unclear   ☐ Procedure not followed   ☐ Training / competency gap</w:t>
            </w:r>
            <w:r>
              <w:rPr>
                <w:color w:val="333333"/>
              </w:rPr>
              <w:br/>
              <w:t>☐ Supervision / coordination gap   ☐ Tool / equipment defect   ☐ Housekeeping / access   ☐ PPE   ☐ Environment / weather</w:t>
            </w:r>
          </w:p>
          <w:p w14:paraId="129C7F57" w14:textId="77777777" w:rsidR="009603B7" w:rsidRDefault="009603B7">
            <w:pPr>
              <w:rPr>
                <w:color w:val="333333"/>
              </w:rPr>
            </w:pPr>
          </w:p>
          <w:p w14:paraId="1E443AF8" w14:textId="77777777" w:rsidR="009603B7" w:rsidRDefault="009603B7"/>
        </w:tc>
      </w:tr>
    </w:tbl>
    <w:p w14:paraId="4B0A0A5E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621643" w14:paraId="3CE4B227" w14:textId="77777777">
        <w:trPr>
          <w:jc w:val="center"/>
        </w:trPr>
        <w:tc>
          <w:tcPr>
            <w:tcW w:w="936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B3C8C71" w14:textId="77777777" w:rsidR="00621643" w:rsidRDefault="00000000">
            <w:r>
              <w:rPr>
                <w:b/>
                <w:color w:val="333333"/>
                <w:sz w:val="13"/>
              </w:rPr>
              <w:t>EVIDENCE REVIEWED — photos, permits, JHA/JSA, toolbox records, statements, inspection/CCTV/equipment records, sketches, and attachment references.</w:t>
            </w:r>
          </w:p>
        </w:tc>
      </w:tr>
      <w:tr w:rsidR="00621643" w14:paraId="2BE18E8A" w14:textId="77777777">
        <w:trPr>
          <w:jc w:val="center"/>
        </w:trPr>
        <w:tc>
          <w:tcPr>
            <w:tcW w:w="936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441896E" w14:textId="77777777" w:rsidR="00621643" w:rsidRDefault="00000000">
            <w:r>
              <w:rPr>
                <w:color w:val="333333"/>
              </w:rPr>
              <w:br/>
            </w:r>
          </w:p>
          <w:p w14:paraId="106CB7C0" w14:textId="77777777" w:rsidR="009603B7" w:rsidRDefault="009603B7"/>
          <w:p w14:paraId="5481907F" w14:textId="77777777" w:rsidR="009603B7" w:rsidRDefault="009603B7"/>
          <w:p w14:paraId="2C93599C" w14:textId="77777777" w:rsidR="009603B7" w:rsidRDefault="009603B7"/>
        </w:tc>
      </w:tr>
    </w:tbl>
    <w:p w14:paraId="072607F2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8840"/>
      </w:tblGrid>
      <w:tr w:rsidR="00621643" w14:paraId="57ED3DD9" w14:textId="77777777">
        <w:trPr>
          <w:jc w:val="center"/>
        </w:trPr>
        <w:tc>
          <w:tcPr>
            <w:tcW w:w="520" w:type="dxa"/>
            <w:shd w:val="clear" w:color="auto" w:fill="E21A2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90B9126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F</w:t>
            </w:r>
          </w:p>
        </w:tc>
        <w:tc>
          <w:tcPr>
            <w:tcW w:w="8840" w:type="dxa"/>
            <w:shd w:val="clear" w:color="auto" w:fill="1C1C1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CC4E86" w14:textId="77777777" w:rsidR="00621643" w:rsidRDefault="00000000">
            <w:r>
              <w:rPr>
                <w:b/>
                <w:color w:val="FFFFFF"/>
                <w:sz w:val="16"/>
              </w:rPr>
              <w:t>RISK REASSESSMENT AND REQUIRED ACTIONS</w:t>
            </w:r>
          </w:p>
        </w:tc>
      </w:tr>
    </w:tbl>
    <w:p w14:paraId="436A9F80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450"/>
        <w:gridCol w:w="3230"/>
        <w:gridCol w:w="1450"/>
        <w:gridCol w:w="3230"/>
      </w:tblGrid>
      <w:tr w:rsidR="00621643" w14:paraId="42D64540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C75BA07" w14:textId="77777777" w:rsidR="00621643" w:rsidRDefault="00000000">
            <w:r>
              <w:rPr>
                <w:b/>
                <w:color w:val="333333"/>
                <w:sz w:val="13"/>
              </w:rPr>
              <w:t>PRE-CONTROL RISK: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B6E9826" w14:textId="57BF8262" w:rsidR="00621643" w:rsidRDefault="00000000">
            <w:r>
              <w:rPr>
                <w:color w:val="333333"/>
              </w:rPr>
              <w:t>L</w:t>
            </w:r>
            <w:r w:rsidR="00B868C8">
              <w:rPr>
                <w:color w:val="333333"/>
              </w:rPr>
              <w:t>ikelihood</w:t>
            </w:r>
            <w:r>
              <w:rPr>
                <w:color w:val="333333"/>
              </w:rPr>
              <w:t>: ___ S</w:t>
            </w:r>
            <w:r w:rsidR="00B868C8">
              <w:rPr>
                <w:color w:val="333333"/>
              </w:rPr>
              <w:t>everity</w:t>
            </w:r>
            <w:r>
              <w:rPr>
                <w:color w:val="333333"/>
              </w:rPr>
              <w:t>: ___ Rating: ______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CFE283" w14:textId="77777777" w:rsidR="00621643" w:rsidRDefault="00000000">
            <w:r>
              <w:rPr>
                <w:b/>
                <w:color w:val="333333"/>
                <w:sz w:val="13"/>
              </w:rPr>
              <w:t>POST-CONTROL RISK: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E31AD68" w14:textId="77777777" w:rsidR="00621643" w:rsidRDefault="00000000">
            <w:r>
              <w:rPr>
                <w:color w:val="333333"/>
              </w:rPr>
              <w:t>L: ___ S: ___ Rating: ______</w:t>
            </w:r>
          </w:p>
        </w:tc>
      </w:tr>
      <w:tr w:rsidR="00621643" w14:paraId="1C2D114A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12B7341" w14:textId="77777777" w:rsidR="00621643" w:rsidRDefault="00000000">
            <w:r>
              <w:rPr>
                <w:b/>
                <w:color w:val="333333"/>
                <w:sz w:val="13"/>
              </w:rPr>
              <w:t>HIRAC / JHA UPDATED: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AF157A2" w14:textId="77777777" w:rsidR="00621643" w:rsidRDefault="00000000">
            <w:r>
              <w:rPr>
                <w:color w:val="333333"/>
              </w:rPr>
              <w:t>☐ Yes  ☐ No  ☐ N/A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7BBC595" w14:textId="77777777" w:rsidR="00621643" w:rsidRDefault="00000000">
            <w:r>
              <w:rPr>
                <w:b/>
                <w:color w:val="333333"/>
                <w:sz w:val="13"/>
              </w:rPr>
              <w:t>REFERENCE NO.: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997B5FB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</w:tr>
    </w:tbl>
    <w:p w14:paraId="07FCF2B7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3300"/>
        <w:gridCol w:w="1000"/>
        <w:gridCol w:w="1450"/>
        <w:gridCol w:w="1150"/>
        <w:gridCol w:w="2010"/>
      </w:tblGrid>
      <w:tr w:rsidR="00621643" w14:paraId="7EE22A00" w14:textId="77777777">
        <w:trPr>
          <w:jc w:val="center"/>
        </w:trPr>
        <w:tc>
          <w:tcPr>
            <w:tcW w:w="450" w:type="dxa"/>
            <w:shd w:val="clear" w:color="auto" w:fill="51515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DF81E1E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w="3300" w:type="dxa"/>
            <w:shd w:val="clear" w:color="auto" w:fill="51515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A80AE4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2"/>
              </w:rPr>
              <w:t>CORRECTIVE / PREVENTIVE ACTION</w:t>
            </w:r>
          </w:p>
        </w:tc>
        <w:tc>
          <w:tcPr>
            <w:tcW w:w="1000" w:type="dxa"/>
            <w:shd w:val="clear" w:color="auto" w:fill="51515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3B683D4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2"/>
              </w:rPr>
              <w:t>TYPE</w:t>
            </w:r>
          </w:p>
        </w:tc>
        <w:tc>
          <w:tcPr>
            <w:tcW w:w="1450" w:type="dxa"/>
            <w:shd w:val="clear" w:color="auto" w:fill="51515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BEC1BEF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2"/>
              </w:rPr>
              <w:t>RESPONSIBLE</w:t>
            </w:r>
          </w:p>
        </w:tc>
        <w:tc>
          <w:tcPr>
            <w:tcW w:w="1150" w:type="dxa"/>
            <w:shd w:val="clear" w:color="auto" w:fill="51515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BF867F8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2"/>
              </w:rPr>
              <w:t>TARGET</w:t>
            </w:r>
          </w:p>
        </w:tc>
        <w:tc>
          <w:tcPr>
            <w:tcW w:w="2010" w:type="dxa"/>
            <w:shd w:val="clear" w:color="auto" w:fill="51515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3B982F9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2"/>
              </w:rPr>
              <w:t>STATUS / VERIFICATION</w:t>
            </w:r>
          </w:p>
        </w:tc>
      </w:tr>
      <w:tr w:rsidR="00621643" w14:paraId="53D25577" w14:textId="77777777">
        <w:trPr>
          <w:jc w:val="center"/>
        </w:trPr>
        <w:tc>
          <w:tcPr>
            <w:tcW w:w="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5722DE6" w14:textId="77777777" w:rsidR="00621643" w:rsidRDefault="00000000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33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857999C" w14:textId="77777777" w:rsidR="00621643" w:rsidRDefault="00000000">
            <w:r>
              <w:rPr>
                <w:color w:val="333333"/>
              </w:rPr>
              <w:br/>
            </w:r>
          </w:p>
        </w:tc>
        <w:tc>
          <w:tcPr>
            <w:tcW w:w="10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3ACD355" w14:textId="77777777" w:rsidR="00621643" w:rsidRDefault="00000000">
            <w:pPr>
              <w:jc w:val="center"/>
            </w:pPr>
            <w:r>
              <w:rPr>
                <w:color w:val="333333"/>
                <w:sz w:val="13"/>
              </w:rPr>
              <w:t>☐ C</w:t>
            </w:r>
            <w:r>
              <w:rPr>
                <w:color w:val="333333"/>
                <w:sz w:val="13"/>
              </w:rPr>
              <w:br/>
              <w:t>☐ P</w:t>
            </w:r>
          </w:p>
        </w:tc>
        <w:tc>
          <w:tcPr>
            <w:tcW w:w="1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343FAA" w14:textId="77777777" w:rsidR="00621643" w:rsidRDefault="00621643"/>
        </w:tc>
        <w:tc>
          <w:tcPr>
            <w:tcW w:w="11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77B4A28" w14:textId="77777777" w:rsidR="00621643" w:rsidRDefault="00621643"/>
        </w:tc>
        <w:tc>
          <w:tcPr>
            <w:tcW w:w="201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FD89B81" w14:textId="77777777" w:rsidR="00621643" w:rsidRDefault="00621643"/>
        </w:tc>
      </w:tr>
      <w:tr w:rsidR="00621643" w14:paraId="691D4D76" w14:textId="77777777">
        <w:trPr>
          <w:jc w:val="center"/>
        </w:trPr>
        <w:tc>
          <w:tcPr>
            <w:tcW w:w="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7259983" w14:textId="77777777" w:rsidR="00621643" w:rsidRDefault="00000000">
            <w:pPr>
              <w:jc w:val="center"/>
            </w:pPr>
            <w:r>
              <w:rPr>
                <w:color w:val="333333"/>
              </w:rPr>
              <w:t>2</w:t>
            </w:r>
          </w:p>
        </w:tc>
        <w:tc>
          <w:tcPr>
            <w:tcW w:w="33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87F03EB" w14:textId="77777777" w:rsidR="00621643" w:rsidRDefault="00000000">
            <w:r>
              <w:rPr>
                <w:color w:val="333333"/>
              </w:rPr>
              <w:br/>
            </w:r>
          </w:p>
        </w:tc>
        <w:tc>
          <w:tcPr>
            <w:tcW w:w="10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BC6133C" w14:textId="77777777" w:rsidR="00621643" w:rsidRDefault="00000000">
            <w:pPr>
              <w:jc w:val="center"/>
            </w:pPr>
            <w:r>
              <w:rPr>
                <w:color w:val="333333"/>
                <w:sz w:val="13"/>
              </w:rPr>
              <w:t>☐ C</w:t>
            </w:r>
            <w:r>
              <w:rPr>
                <w:color w:val="333333"/>
                <w:sz w:val="13"/>
              </w:rPr>
              <w:br/>
              <w:t>☐ P</w:t>
            </w:r>
          </w:p>
        </w:tc>
        <w:tc>
          <w:tcPr>
            <w:tcW w:w="1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8DC9580" w14:textId="77777777" w:rsidR="00621643" w:rsidRDefault="00621643"/>
        </w:tc>
        <w:tc>
          <w:tcPr>
            <w:tcW w:w="11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1602BE3" w14:textId="77777777" w:rsidR="00621643" w:rsidRDefault="00621643"/>
        </w:tc>
        <w:tc>
          <w:tcPr>
            <w:tcW w:w="201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807BE1" w14:textId="77777777" w:rsidR="00621643" w:rsidRDefault="00621643"/>
        </w:tc>
      </w:tr>
      <w:tr w:rsidR="00621643" w14:paraId="67E11479" w14:textId="77777777">
        <w:trPr>
          <w:jc w:val="center"/>
        </w:trPr>
        <w:tc>
          <w:tcPr>
            <w:tcW w:w="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431A945" w14:textId="77777777" w:rsidR="00621643" w:rsidRDefault="00000000">
            <w:pPr>
              <w:jc w:val="center"/>
            </w:pPr>
            <w:r>
              <w:rPr>
                <w:color w:val="333333"/>
              </w:rPr>
              <w:t>3</w:t>
            </w:r>
          </w:p>
        </w:tc>
        <w:tc>
          <w:tcPr>
            <w:tcW w:w="33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0378A25" w14:textId="77777777" w:rsidR="00621643" w:rsidRDefault="00000000">
            <w:r>
              <w:rPr>
                <w:color w:val="333333"/>
              </w:rPr>
              <w:br/>
            </w:r>
          </w:p>
        </w:tc>
        <w:tc>
          <w:tcPr>
            <w:tcW w:w="10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DBB6B43" w14:textId="77777777" w:rsidR="00621643" w:rsidRDefault="00000000">
            <w:pPr>
              <w:jc w:val="center"/>
            </w:pPr>
            <w:r>
              <w:rPr>
                <w:color w:val="333333"/>
                <w:sz w:val="13"/>
              </w:rPr>
              <w:t>☐ C</w:t>
            </w:r>
            <w:r>
              <w:rPr>
                <w:color w:val="333333"/>
                <w:sz w:val="13"/>
              </w:rPr>
              <w:br/>
              <w:t>☐ P</w:t>
            </w:r>
          </w:p>
        </w:tc>
        <w:tc>
          <w:tcPr>
            <w:tcW w:w="1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A0E9732" w14:textId="77777777" w:rsidR="00621643" w:rsidRDefault="00621643"/>
        </w:tc>
        <w:tc>
          <w:tcPr>
            <w:tcW w:w="11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CCB394C" w14:textId="77777777" w:rsidR="00621643" w:rsidRDefault="00621643"/>
        </w:tc>
        <w:tc>
          <w:tcPr>
            <w:tcW w:w="201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61F42C" w14:textId="77777777" w:rsidR="00621643" w:rsidRDefault="00621643"/>
        </w:tc>
      </w:tr>
      <w:tr w:rsidR="00621643" w14:paraId="4288EC19" w14:textId="77777777">
        <w:trPr>
          <w:jc w:val="center"/>
        </w:trPr>
        <w:tc>
          <w:tcPr>
            <w:tcW w:w="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0DB53A7" w14:textId="77777777" w:rsidR="00621643" w:rsidRDefault="00000000">
            <w:pPr>
              <w:jc w:val="center"/>
            </w:pPr>
            <w:r>
              <w:rPr>
                <w:color w:val="333333"/>
              </w:rPr>
              <w:t>4</w:t>
            </w:r>
          </w:p>
        </w:tc>
        <w:tc>
          <w:tcPr>
            <w:tcW w:w="33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9250483" w14:textId="77777777" w:rsidR="00621643" w:rsidRDefault="00000000">
            <w:r>
              <w:rPr>
                <w:color w:val="333333"/>
              </w:rPr>
              <w:br/>
            </w:r>
          </w:p>
        </w:tc>
        <w:tc>
          <w:tcPr>
            <w:tcW w:w="100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2ADD12" w14:textId="77777777" w:rsidR="00621643" w:rsidRDefault="00000000">
            <w:pPr>
              <w:jc w:val="center"/>
            </w:pPr>
            <w:r>
              <w:rPr>
                <w:color w:val="333333"/>
                <w:sz w:val="13"/>
              </w:rPr>
              <w:t>☐ C</w:t>
            </w:r>
            <w:r>
              <w:rPr>
                <w:color w:val="333333"/>
                <w:sz w:val="13"/>
              </w:rPr>
              <w:br/>
              <w:t>☐ P</w:t>
            </w:r>
          </w:p>
        </w:tc>
        <w:tc>
          <w:tcPr>
            <w:tcW w:w="1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36FE051" w14:textId="77777777" w:rsidR="00621643" w:rsidRDefault="00621643"/>
        </w:tc>
        <w:tc>
          <w:tcPr>
            <w:tcW w:w="11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5FD6908" w14:textId="77777777" w:rsidR="00621643" w:rsidRDefault="00621643"/>
        </w:tc>
        <w:tc>
          <w:tcPr>
            <w:tcW w:w="201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B31713" w14:textId="77777777" w:rsidR="00621643" w:rsidRDefault="00621643"/>
        </w:tc>
      </w:tr>
    </w:tbl>
    <w:p w14:paraId="19D65DC4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8840"/>
      </w:tblGrid>
      <w:tr w:rsidR="00621643" w14:paraId="5D663C22" w14:textId="77777777">
        <w:trPr>
          <w:jc w:val="center"/>
        </w:trPr>
        <w:tc>
          <w:tcPr>
            <w:tcW w:w="520" w:type="dxa"/>
            <w:shd w:val="clear" w:color="auto" w:fill="E21A2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FD7E425" w14:textId="77777777" w:rsidR="00621643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G</w:t>
            </w:r>
          </w:p>
        </w:tc>
        <w:tc>
          <w:tcPr>
            <w:tcW w:w="8840" w:type="dxa"/>
            <w:shd w:val="clear" w:color="auto" w:fill="1C1C1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584545" w14:textId="77777777" w:rsidR="00621643" w:rsidRDefault="00000000">
            <w:r>
              <w:rPr>
                <w:b/>
                <w:color w:val="FFFFFF"/>
                <w:sz w:val="16"/>
              </w:rPr>
              <w:t>EXTERNAL REPORTING, REVIEW, AND CLOSE-OUT</w:t>
            </w:r>
          </w:p>
        </w:tc>
      </w:tr>
    </w:tbl>
    <w:p w14:paraId="361DDCEA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450"/>
        <w:gridCol w:w="3230"/>
        <w:gridCol w:w="1450"/>
        <w:gridCol w:w="3230"/>
      </w:tblGrid>
      <w:tr w:rsidR="00621643" w14:paraId="78A62C15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B0BA73" w14:textId="77777777" w:rsidR="00621643" w:rsidRDefault="00000000">
            <w:r>
              <w:rPr>
                <w:b/>
                <w:color w:val="333333"/>
                <w:sz w:val="13"/>
              </w:rPr>
              <w:t>EXTERNAL REPORTING: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0EDA585" w14:textId="77777777" w:rsidR="00621643" w:rsidRDefault="00000000">
            <w:r>
              <w:rPr>
                <w:color w:val="333333"/>
              </w:rPr>
              <w:t>☐ DOLE ☐ BFP ☐ Police ☐ DENR ☐ N/A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7F3ADB0" w14:textId="77777777" w:rsidR="00621643" w:rsidRDefault="00000000">
            <w:r>
              <w:rPr>
                <w:b/>
                <w:color w:val="333333"/>
                <w:sz w:val="13"/>
              </w:rPr>
              <w:t>CASE / REFERENCE NO.: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A5B38FD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</w:tr>
      <w:tr w:rsidR="00621643" w14:paraId="4F199F5C" w14:textId="77777777">
        <w:trPr>
          <w:jc w:val="center"/>
        </w:trPr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9F60A3B" w14:textId="77777777" w:rsidR="00621643" w:rsidRDefault="00000000">
            <w:r>
              <w:rPr>
                <w:b/>
                <w:color w:val="333333"/>
                <w:sz w:val="13"/>
              </w:rPr>
              <w:t>CLOSE-OUT STATUS: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F342CB" w14:textId="77777777" w:rsidR="00621643" w:rsidRDefault="00000000">
            <w:r>
              <w:rPr>
                <w:color w:val="333333"/>
              </w:rPr>
              <w:t>☐ Open ☐ Closed ☐ Further action</w:t>
            </w:r>
          </w:p>
        </w:tc>
        <w:tc>
          <w:tcPr>
            <w:tcW w:w="145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556128E" w14:textId="77777777" w:rsidR="00621643" w:rsidRDefault="00000000">
            <w:r>
              <w:rPr>
                <w:b/>
                <w:color w:val="333333"/>
                <w:sz w:val="13"/>
              </w:rPr>
              <w:t>DATE VERIFIED:</w:t>
            </w:r>
          </w:p>
        </w:tc>
        <w:tc>
          <w:tcPr>
            <w:tcW w:w="323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2129CE3" w14:textId="77777777" w:rsidR="00621643" w:rsidRDefault="00000000">
            <w:r>
              <w:rPr>
                <w:color w:val="333333"/>
              </w:rPr>
              <w:t>____________________________</w:t>
            </w:r>
          </w:p>
        </w:tc>
      </w:tr>
    </w:tbl>
    <w:p w14:paraId="25035FAB" w14:textId="77777777" w:rsidR="00621643" w:rsidRDefault="00621643">
      <w:pPr>
        <w:spacing w:after="20" w:line="120" w:lineRule="auto"/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621643" w14:paraId="20D5B7ED" w14:textId="77777777">
        <w:trPr>
          <w:jc w:val="center"/>
        </w:trPr>
        <w:tc>
          <w:tcPr>
            <w:tcW w:w="312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D79F565" w14:textId="77777777" w:rsidR="00621643" w:rsidRDefault="00000000">
            <w:r>
              <w:rPr>
                <w:b/>
                <w:color w:val="333333"/>
                <w:sz w:val="13"/>
              </w:rPr>
              <w:t>PREPARED BY: SAFETY OFFICER</w:t>
            </w:r>
          </w:p>
        </w:tc>
        <w:tc>
          <w:tcPr>
            <w:tcW w:w="312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AC7E81B" w14:textId="77777777" w:rsidR="00621643" w:rsidRDefault="00000000">
            <w:r>
              <w:rPr>
                <w:b/>
                <w:color w:val="333333"/>
                <w:sz w:val="13"/>
              </w:rPr>
              <w:t>REVIEWED BY: SITE IN-CHARGE</w:t>
            </w:r>
          </w:p>
        </w:tc>
        <w:tc>
          <w:tcPr>
            <w:tcW w:w="3120" w:type="dxa"/>
            <w:shd w:val="clear" w:color="auto" w:fill="F1F1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200112" w14:textId="77777777" w:rsidR="00621643" w:rsidRDefault="00000000">
            <w:r>
              <w:rPr>
                <w:b/>
                <w:color w:val="333333"/>
                <w:sz w:val="13"/>
              </w:rPr>
              <w:t>APPROVED BY: PROJECT MANAGER</w:t>
            </w:r>
          </w:p>
        </w:tc>
      </w:tr>
      <w:tr w:rsidR="00621643" w14:paraId="1C439ACA" w14:textId="77777777">
        <w:trPr>
          <w:jc w:val="center"/>
        </w:trPr>
        <w:tc>
          <w:tcPr>
            <w:tcW w:w="312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6801969" w14:textId="77777777" w:rsidR="0016696F" w:rsidRDefault="00000000">
            <w:pPr>
              <w:jc w:val="center"/>
              <w:rPr>
                <w:color w:val="333333"/>
                <w:sz w:val="13"/>
              </w:rPr>
            </w:pPr>
            <w:r>
              <w:rPr>
                <w:color w:val="333333"/>
                <w:sz w:val="13"/>
              </w:rPr>
              <w:br/>
            </w:r>
          </w:p>
          <w:p w14:paraId="598CD6C2" w14:textId="64C38F7E" w:rsidR="0016696F" w:rsidRPr="0016696F" w:rsidRDefault="0016696F">
            <w:pPr>
              <w:jc w:val="center"/>
              <w:rPr>
                <w:b/>
                <w:bCs/>
                <w:color w:val="333333"/>
                <w:sz w:val="13"/>
                <w:u w:val="single"/>
              </w:rPr>
            </w:pPr>
            <w:r>
              <w:rPr>
                <w:b/>
                <w:bCs/>
                <w:color w:val="333333"/>
                <w:sz w:val="13"/>
                <w:u w:val="single"/>
              </w:rPr>
              <w:t>MS. MARIAN RON MISSIONA</w:t>
            </w:r>
          </w:p>
          <w:p w14:paraId="41FDD545" w14:textId="0B5BBDCB" w:rsidR="00621643" w:rsidRDefault="00000000">
            <w:pPr>
              <w:jc w:val="center"/>
            </w:pPr>
            <w:r>
              <w:rPr>
                <w:color w:val="333333"/>
                <w:sz w:val="13"/>
              </w:rPr>
              <w:t>Name / Signature / Date</w:t>
            </w:r>
          </w:p>
        </w:tc>
        <w:tc>
          <w:tcPr>
            <w:tcW w:w="312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BA55909" w14:textId="77777777" w:rsidR="0016696F" w:rsidRDefault="0016696F">
            <w:pPr>
              <w:jc w:val="center"/>
              <w:rPr>
                <w:color w:val="333333"/>
                <w:sz w:val="13"/>
              </w:rPr>
            </w:pPr>
          </w:p>
          <w:p w14:paraId="7A9DFCF8" w14:textId="77777777" w:rsidR="0016696F" w:rsidRDefault="0016696F">
            <w:pPr>
              <w:jc w:val="center"/>
              <w:rPr>
                <w:color w:val="333333"/>
                <w:sz w:val="13"/>
              </w:rPr>
            </w:pPr>
          </w:p>
          <w:p w14:paraId="41EB7E33" w14:textId="77C939FA" w:rsidR="00621643" w:rsidRDefault="00256318">
            <w:pPr>
              <w:jc w:val="center"/>
            </w:pPr>
            <w:r>
              <w:rPr>
                <w:color w:val="333333"/>
                <w:sz w:val="13"/>
              </w:rPr>
              <w:t>______________________________________</w:t>
            </w:r>
            <w:r w:rsidR="00000000">
              <w:rPr>
                <w:color w:val="333333"/>
                <w:sz w:val="13"/>
              </w:rPr>
              <w:br/>
              <w:t>Name / Signature / Date</w:t>
            </w:r>
          </w:p>
        </w:tc>
        <w:tc>
          <w:tcPr>
            <w:tcW w:w="312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98DAB69" w14:textId="77777777" w:rsidR="0016696F" w:rsidRDefault="0016696F">
            <w:pPr>
              <w:jc w:val="center"/>
              <w:rPr>
                <w:color w:val="333333"/>
                <w:sz w:val="13"/>
              </w:rPr>
            </w:pPr>
          </w:p>
          <w:p w14:paraId="300A4F43" w14:textId="77777777" w:rsidR="0016696F" w:rsidRDefault="0016696F">
            <w:pPr>
              <w:jc w:val="center"/>
              <w:rPr>
                <w:color w:val="333333"/>
                <w:sz w:val="13"/>
              </w:rPr>
            </w:pPr>
          </w:p>
          <w:p w14:paraId="025544F8" w14:textId="3B25BC92" w:rsidR="00621643" w:rsidRDefault="0016696F">
            <w:pPr>
              <w:jc w:val="center"/>
            </w:pPr>
            <w:r>
              <w:rPr>
                <w:b/>
                <w:bCs/>
                <w:color w:val="333333"/>
                <w:sz w:val="13"/>
                <w:u w:val="single"/>
              </w:rPr>
              <w:t>AR. EVAN GLECE M. CASAS</w:t>
            </w:r>
            <w:r w:rsidR="00000000">
              <w:rPr>
                <w:color w:val="333333"/>
                <w:sz w:val="13"/>
              </w:rPr>
              <w:br/>
              <w:t>Name / Signature / Date</w:t>
            </w:r>
          </w:p>
        </w:tc>
      </w:tr>
    </w:tbl>
    <w:p w14:paraId="6895EFCE" w14:textId="77777777" w:rsidR="00621643" w:rsidRDefault="00621643">
      <w:pPr>
        <w:spacing w:after="20" w:line="120" w:lineRule="auto"/>
      </w:pPr>
    </w:p>
    <w:tbl>
      <w:tblPr>
        <w:tblpPr w:leftFromText="180" w:rightFromText="180" w:vertAnchor="text" w:horzAnchor="margin" w:tblpXSpec="center" w:tblpY="1871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603B7" w14:paraId="2B048346" w14:textId="77777777" w:rsidTr="009603B7">
        <w:tc>
          <w:tcPr>
            <w:tcW w:w="9360" w:type="dxa"/>
            <w:shd w:val="clear" w:color="auto" w:fill="FFF2F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34CF60" w14:textId="77777777" w:rsidR="009603B7" w:rsidRDefault="009603B7" w:rsidP="009603B7">
            <w:r>
              <w:rPr>
                <w:b/>
                <w:color w:val="E21A22"/>
                <w:sz w:val="13"/>
              </w:rPr>
              <w:t>SAFETY RULE: Stop, make safe, report, and correct. The Safety Officer may stop work where an imminent danger exists. Attach additional pages, photographs, statements, and official notices when required.</w:t>
            </w:r>
          </w:p>
        </w:tc>
      </w:tr>
    </w:tbl>
    <w:p w14:paraId="7C085BB6" w14:textId="77777777" w:rsidR="001F3243" w:rsidRDefault="001F3243"/>
    <w:sectPr w:rsidR="001F3243" w:rsidSect="008E3A33">
      <w:footerReference w:type="default" r:id="rId9"/>
      <w:pgSz w:w="11906" w:h="16838" w:code="9"/>
      <w:pgMar w:top="454" w:right="680" w:bottom="510" w:left="680" w:header="17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35B9C" w14:textId="77777777" w:rsidR="001F3243" w:rsidRDefault="001F3243">
      <w:r>
        <w:separator/>
      </w:r>
    </w:p>
  </w:endnote>
  <w:endnote w:type="continuationSeparator" w:id="0">
    <w:p w14:paraId="25B34B25" w14:textId="77777777" w:rsidR="001F3243" w:rsidRDefault="001F3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67F76" w14:textId="77777777" w:rsidR="00621643" w:rsidRDefault="00000000">
    <w:pPr>
      <w:pStyle w:val="Footer"/>
      <w:jc w:val="center"/>
    </w:pPr>
    <w:r>
      <w:rPr>
        <w:b/>
        <w:color w:val="515151"/>
        <w:sz w:val="13"/>
      </w:rPr>
      <w:t xml:space="preserve">EGC </w:t>
    </w:r>
    <w:proofErr w:type="gramStart"/>
    <w:r>
      <w:rPr>
        <w:b/>
        <w:color w:val="515151"/>
        <w:sz w:val="13"/>
      </w:rPr>
      <w:t>ARCHITECTS  |</w:t>
    </w:r>
    <w:proofErr w:type="gramEnd"/>
    <w:r>
      <w:rPr>
        <w:b/>
        <w:color w:val="515151"/>
        <w:sz w:val="13"/>
      </w:rPr>
      <w:t xml:space="preserve">  PROJECT MANAGEMENT </w:t>
    </w:r>
    <w:proofErr w:type="gramStart"/>
    <w:r>
      <w:rPr>
        <w:b/>
        <w:color w:val="515151"/>
        <w:sz w:val="13"/>
      </w:rPr>
      <w:t>SERVICE  |</w:t>
    </w:r>
    <w:proofErr w:type="gramEnd"/>
    <w:r>
      <w:rPr>
        <w:b/>
        <w:color w:val="515151"/>
        <w:sz w:val="13"/>
      </w:rPr>
      <w:t xml:space="preserve">  INCIDENT </w:t>
    </w:r>
    <w:proofErr w:type="gramStart"/>
    <w:r>
      <w:rPr>
        <w:b/>
        <w:color w:val="515151"/>
        <w:sz w:val="13"/>
      </w:rPr>
      <w:t>REPORT  |</w:t>
    </w:r>
    <w:proofErr w:type="gramEnd"/>
    <w:r>
      <w:rPr>
        <w:b/>
        <w:color w:val="515151"/>
        <w:sz w:val="13"/>
      </w:rPr>
      <w:t xml:space="preserve">  PAGE </w:t>
    </w:r>
    <w:r>
      <w:fldChar w:fldCharType="begin"/>
    </w:r>
    <w:r>
      <w:instrText>PAGE</w:instrText>
    </w:r>
    <w:r>
      <w:fldChar w:fldCharType="separate"/>
    </w:r>
    <w:r w:rsidR="008E3A33">
      <w:rPr>
        <w:noProof/>
      </w:rPr>
      <w:t>1</w:t>
    </w:r>
    <w:r>
      <w:fldChar w:fldCharType="end"/>
    </w:r>
    <w:r>
      <w:rPr>
        <w:b/>
        <w:color w:val="515151"/>
        <w:sz w:val="13"/>
      </w:rPr>
      <w:t xml:space="preserve"> OF </w:t>
    </w:r>
    <w:r>
      <w:fldChar w:fldCharType="begin"/>
    </w:r>
    <w:r>
      <w:instrText>NUMPAGES</w:instrText>
    </w:r>
    <w:r>
      <w:fldChar w:fldCharType="separate"/>
    </w:r>
    <w:r w:rsidR="008E3A3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5709F" w14:textId="77777777" w:rsidR="001F3243" w:rsidRDefault="001F3243">
      <w:r>
        <w:separator/>
      </w:r>
    </w:p>
  </w:footnote>
  <w:footnote w:type="continuationSeparator" w:id="0">
    <w:p w14:paraId="1889728E" w14:textId="77777777" w:rsidR="001F3243" w:rsidRDefault="001F3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6364001">
    <w:abstractNumId w:val="8"/>
  </w:num>
  <w:num w:numId="2" w16cid:durableId="2014991647">
    <w:abstractNumId w:val="6"/>
  </w:num>
  <w:num w:numId="3" w16cid:durableId="1234316845">
    <w:abstractNumId w:val="5"/>
  </w:num>
  <w:num w:numId="4" w16cid:durableId="426851130">
    <w:abstractNumId w:val="4"/>
  </w:num>
  <w:num w:numId="5" w16cid:durableId="1147549028">
    <w:abstractNumId w:val="7"/>
  </w:num>
  <w:num w:numId="6" w16cid:durableId="2070692364">
    <w:abstractNumId w:val="3"/>
  </w:num>
  <w:num w:numId="7" w16cid:durableId="1203784086">
    <w:abstractNumId w:val="2"/>
  </w:num>
  <w:num w:numId="8" w16cid:durableId="637608131">
    <w:abstractNumId w:val="1"/>
  </w:num>
  <w:num w:numId="9" w16cid:durableId="1227568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7B0"/>
    <w:rsid w:val="0015074B"/>
    <w:rsid w:val="0016696F"/>
    <w:rsid w:val="001F3243"/>
    <w:rsid w:val="00256318"/>
    <w:rsid w:val="0029639D"/>
    <w:rsid w:val="00326F90"/>
    <w:rsid w:val="00616BA0"/>
    <w:rsid w:val="00621643"/>
    <w:rsid w:val="006E5E99"/>
    <w:rsid w:val="008E3A33"/>
    <w:rsid w:val="009603B7"/>
    <w:rsid w:val="00960A97"/>
    <w:rsid w:val="00996395"/>
    <w:rsid w:val="00A8578A"/>
    <w:rsid w:val="00AA1D8D"/>
    <w:rsid w:val="00B47730"/>
    <w:rsid w:val="00B868C8"/>
    <w:rsid w:val="00CB0664"/>
    <w:rsid w:val="00CB09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48B33E"/>
  <w14:defaultImageDpi w14:val="300"/>
  <w15:docId w15:val="{12DF2034-BE00-4D82-936A-45992E9F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EGC Architects Two-Page Incident Report Template</vt:lpstr>
    </vt:vector>
  </TitlesOfParts>
  <Manager/>
  <Company/>
  <LinksUpToDate>false</LinksUpToDate>
  <CharactersWithSpaces>4017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EGC Architects Two-Page Incident Report Template</dc:title>
  <dc:subject>Construction safety incident reporting and investigation</dc:subject>
  <dc:creator>EGC Architects</dc:creator>
  <cp:keywords/>
  <dc:description>generated by python-docx</dc:description>
  <cp:lastModifiedBy>sweet casas</cp:lastModifiedBy>
  <cp:revision>3</cp:revision>
  <cp:lastPrinted>2026-09-18T02:54:00Z</cp:lastPrinted>
  <dcterms:created xsi:type="dcterms:W3CDTF">2026-09-18T02:57:00Z</dcterms:created>
  <dcterms:modified xsi:type="dcterms:W3CDTF">2026-09-18T02:58:00Z</dcterms:modified>
  <cp:category/>
</cp:coreProperties>
</file>